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[Street and number], [Postcode City], [Country] | [Phone with country code] | [Email] | [LinkedIn URL]</w:t>
      </w:r>
    </w:p>
    <w:p>
      <w:pPr>
        <w:pStyle w:val="Heading2"/>
      </w:pPr>
      <w:r>
        <w:t>PERSONAL DATA (optional lines)</w:t>
      </w:r>
    </w:p>
    <w:p>
      <w:r>
        <w:t>Date of birth: [DD.MM.YYYY]</w:t>
      </w:r>
    </w:p>
    <w:p>
      <w:r>
        <w:t>Nationality: [Country]</w:t>
      </w:r>
    </w:p>
    <w:p>
      <w:pPr>
        <w:pStyle w:val="Heading2"/>
      </w:pPr>
      <w:r>
        <w:t>PROFILE (optional)</w:t>
      </w:r>
    </w:p>
    <w:p>
      <w:r>
        <w:t>[Two or three factual lines: your role, years of experience and main strengths.]</w:t>
      </w:r>
    </w:p>
    <w:p>
      <w:pPr>
        <w:pStyle w:val="Heading2"/>
      </w:pPr>
      <w:r>
        <w:t>WORK EXPERIENCE</w:t>
      </w:r>
    </w:p>
    <w:p>
      <w:r>
        <w:t>[MM/YYYY] to [MM/YYYY or today]: [Job title], [Employer], [City, Country]</w:t>
      </w:r>
    </w:p>
    <w:p>
      <w:pPr>
        <w:pStyle w:val="ListBullet"/>
      </w:pPr>
      <w:r>
        <w:t>[Task or responsibility, with a result or number if you have one.]</w:t>
      </w:r>
    </w:p>
    <w:p>
      <w:pPr>
        <w:pStyle w:val="ListBullet"/>
      </w:pPr>
      <w:r>
        <w:t>[Task or responsibility, with a result or number if you have one.]</w:t>
      </w:r>
    </w:p>
    <w:p>
      <w:r>
        <w:t>[MM/YYYY] to [MM/YYYY]: [Job title], [Employer], [City, Country]</w:t>
      </w:r>
    </w:p>
    <w:p>
      <w:pPr>
        <w:pStyle w:val="ListBullet"/>
      </w:pPr>
      <w:r>
        <w:t>[Task or responsibility, with a result or number if you have one.]</w:t>
      </w:r>
    </w:p>
    <w:p>
      <w:pPr>
        <w:pStyle w:val="Heading2"/>
      </w:pPr>
      <w:r>
        <w:t>EDUCATION</w:t>
      </w:r>
    </w:p>
    <w:p>
      <w:r>
        <w:t>[MM/YYYY] to [MM/YYYY]: [Degree], [Institution], [City, Country]</w:t>
      </w:r>
    </w:p>
    <w:p>
      <w:pPr>
        <w:pStyle w:val="ListBullet"/>
      </w:pPr>
      <w:r>
        <w:t>[Thesis topic or main focus, if relevant.]</w:t>
      </w:r>
    </w:p>
    <w:p>
      <w:pPr>
        <w:pStyle w:val="Heading2"/>
      </w:pPr>
      <w:r>
        <w:t>SKILLS AND LANGUAGES</w:t>
      </w:r>
    </w:p>
    <w:p>
      <w:r>
        <w:t>IT skills: [tool], [tool], [tool]</w:t>
      </w:r>
    </w:p>
    <w:p>
      <w:r>
        <w:t>Languages: [Language] ([level, for example C1]), [Language] ([level])</w:t>
      </w:r>
    </w:p>
    <w:p>
      <w:r>
        <w:t>[City], [Date]</w:t>
      </w:r>
    </w:p>
    <w:p>
      <w:r>
        <w:t>[Signature or typed name]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