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t>[Mobile with +65 or country code] | [Professional email] | [LinkedIn URL] | [Area or city, optional]</w:t>
      </w:r>
    </w:p>
    <w:p>
      <w:r>
        <w:t>Work status: [for example: Singapore Citizen / Permanent Resident / Employment Pass holder / Indian national, requires work pass sponsorship. Delete this line if not needed.]</w:t>
      </w:r>
    </w:p>
    <w:p>
      <w:r>
        <w:t>Notice period: [for example: 1 month, or available immediately] (optional)</w:t>
      </w:r>
    </w:p>
    <w:p>
      <w:pPr>
        <w:pStyle w:val="Heading2"/>
      </w:pPr>
      <w:r>
        <w:t>PROFESSIONAL SUMMARY</w:t>
      </w:r>
    </w:p>
    <w:p>
      <w:r>
        <w:t>[Three or four lines: your job title, years of experience, two or three strengths that match the job, and one result.]</w:t>
      </w:r>
    </w:p>
    <w:p>
      <w:pPr>
        <w:pStyle w:val="Heading2"/>
      </w:pPr>
      <w:r>
        <w:t>KEY SKILLS</w:t>
      </w:r>
    </w:p>
    <w:p>
      <w:r>
        <w:t>[Skill category]: [tool], [tool], [tool]</w:t>
      </w:r>
    </w:p>
    <w:p>
      <w:r>
        <w:t>[Skill category]: [tool], [tool], [tool]</w:t>
      </w:r>
    </w:p>
    <w:p>
      <w:pPr>
        <w:pStyle w:val="Heading2"/>
      </w:pPr>
      <w:r>
        <w:t>WORK EXPERIENCE</w:t>
      </w:r>
    </w:p>
    <w:p>
      <w:r>
        <w:t>[Job title], [Employer], [City, Country]</w:t>
      </w:r>
    </w:p>
    <w:p>
      <w:r>
        <w:t>[Month Year] to [Month Year or Present]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r>
        <w:t>[Job title], [Employer], [City, Country]</w:t>
      </w:r>
    </w:p>
    <w:p>
      <w:r>
        <w:t>[Month Year] to [Month Year]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Heading2"/>
      </w:pPr>
      <w:r>
        <w:t>EDUCATION</w:t>
      </w:r>
    </w:p>
    <w:p>
      <w:r>
        <w:t>[Degree], [Institution], [City, Country], [Year]</w:t>
      </w:r>
    </w:p>
    <w:p>
      <w:pPr>
        <w:pStyle w:val="Heading2"/>
      </w:pPr>
      <w:r>
        <w:t>CERTIFICATIONS (optional)</w:t>
      </w:r>
    </w:p>
    <w:p>
      <w:r>
        <w:t>[Certification name], [Issuer], [Year]</w:t>
      </w:r>
    </w:p>
    <w:p>
      <w:pPr>
        <w:pStyle w:val="Heading2"/>
      </w:pPr>
      <w:r>
        <w:t>LANGUAGES (optional)</w:t>
      </w:r>
    </w:p>
    <w:p>
      <w:r>
        <w:t>[Language] ([level]), [Language] ([level])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