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r>
        <w:t>[City, Province or State] | [Phone with country code] | [Email] | [LinkedIn URL]</w:t>
      </w:r>
    </w:p>
    <w:p>
      <w:pPr>
        <w:pStyle w:val="Heading2"/>
      </w:pPr>
      <w:r>
        <w:t>SUMMARY</w:t>
      </w:r>
    </w:p>
    <w:p>
      <w:r>
        <w:t>[Two or three sentences: your job title, years of experience, two or three strengths that match the job, and one result.]</w:t>
      </w:r>
    </w:p>
    <w:p>
      <w:pPr>
        <w:pStyle w:val="Heading2"/>
      </w:pPr>
      <w:r>
        <w:t>SKILLS</w:t>
      </w:r>
    </w:p>
    <w:p>
      <w:r>
        <w:t>[Skill category]: [tool], [tool], [tool]</w:t>
      </w:r>
    </w:p>
    <w:p>
      <w:r>
        <w:t>[Skill category]: [tool], [tool], [tool]</w:t>
      </w:r>
    </w:p>
    <w:p>
      <w:pPr>
        <w:pStyle w:val="Heading2"/>
      </w:pPr>
      <w:r>
        <w:t>EXPERIENCE</w:t>
      </w:r>
    </w:p>
    <w:p>
      <w:r>
        <w:t>[Job title], [Company], [City, Country]</w:t>
      </w:r>
    </w:p>
    <w:p>
      <w:r>
        <w:t>[Month Year] to [Month Year or Present]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r>
        <w:t>[Job title], [Company], [City, Country]</w:t>
      </w:r>
    </w:p>
    <w:p>
      <w:r>
        <w:t>[Month Year] to [Month Year]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ListBullet"/>
      </w:pPr>
      <w:r>
        <w:t>[Action verb] [what you did] [result, with a number if you have one].</w:t>
      </w:r>
    </w:p>
    <w:p>
      <w:pPr>
        <w:pStyle w:val="Heading2"/>
      </w:pPr>
      <w:r>
        <w:t>EDUCATION</w:t>
      </w:r>
    </w:p>
    <w:p>
      <w:r>
        <w:t>[Degree], [Field], [Institution], [City, Country]</w:t>
      </w:r>
    </w:p>
    <w:p>
      <w:r>
        <w:t>[Year of graduation]</w:t>
      </w:r>
    </w:p>
    <w:p>
      <w:pPr>
        <w:pStyle w:val="Heading2"/>
      </w:pPr>
      <w:r>
        <w:t>CERTIFICATIONS (optional)</w:t>
      </w:r>
    </w:p>
    <w:p>
      <w:r>
        <w:t>[Certification name], [Issuer], [Year]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6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